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B5001" w14:textId="77777777" w:rsidR="00D6288B" w:rsidRDefault="00000000">
      <w:pPr>
        <w:spacing w:after="60"/>
      </w:pPr>
      <w:r>
        <w:rPr>
          <w:b/>
          <w:sz w:val="32"/>
        </w:rPr>
        <w:t>ALLEGATO A</w:t>
      </w:r>
    </w:p>
    <w:p w14:paraId="0E88F981" w14:textId="77777777" w:rsidR="00D6288B" w:rsidRDefault="00000000">
      <w:pPr>
        <w:spacing w:after="200"/>
      </w:pPr>
      <w:r>
        <w:rPr>
          <w:b/>
          <w:sz w:val="30"/>
        </w:rPr>
        <w:t>ISTANZA DI PARTECIPAZIONE</w:t>
      </w:r>
    </w:p>
    <w:p w14:paraId="37D873C0" w14:textId="77777777" w:rsidR="00D6288B" w:rsidRDefault="00000000">
      <w:pPr>
        <w:spacing w:after="160"/>
      </w:pPr>
      <w:r>
        <w:rPr>
          <w:sz w:val="21"/>
        </w:rPr>
        <w:t>Al Dirigente scolastico</w:t>
      </w:r>
      <w:r>
        <w:rPr>
          <w:sz w:val="21"/>
        </w:rPr>
        <w:br/>
        <w:t>dell’Istituto Comprensivo Statale</w:t>
      </w:r>
      <w:r>
        <w:rPr>
          <w:sz w:val="21"/>
        </w:rPr>
        <w:br/>
        <w:t>“F. De Roberto” di Catania</w:t>
      </w:r>
    </w:p>
    <w:p w14:paraId="05DD54D6" w14:textId="77777777" w:rsidR="00D6288B" w:rsidRDefault="00000000">
      <w:pPr>
        <w:spacing w:after="120"/>
      </w:pPr>
      <w:r>
        <w:rPr>
          <w:b/>
          <w:sz w:val="20"/>
        </w:rPr>
        <w:t>Fondi Strutturali Europei - Programma Nazionale “Scuola e competenze” 2021-2027 - FSE+ - D.M. 175/2025 - Avviso prot. n. 53338 del 9 marzo 2026 - Agenda Sud a.s. 2025-2026 e 2026-2027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6633"/>
      </w:tblGrid>
      <w:tr w:rsidR="00D6288B" w14:paraId="0074F47F" w14:textId="77777777">
        <w:trPr>
          <w:jc w:val="center"/>
        </w:trPr>
        <w:tc>
          <w:tcPr>
            <w:tcW w:w="2494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0C3F2E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Codice progetto</w:t>
            </w:r>
          </w:p>
        </w:tc>
        <w:tc>
          <w:tcPr>
            <w:tcW w:w="66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08C58" w14:textId="77777777" w:rsidR="00D6288B" w:rsidRDefault="00000000">
            <w:pPr>
              <w:spacing w:after="0" w:line="240" w:lineRule="auto"/>
            </w:pPr>
            <w:r>
              <w:rPr>
                <w:sz w:val="20"/>
              </w:rPr>
              <w:t>ESO4.6.A1.B-FSEPN-SI-2026-570</w:t>
            </w:r>
          </w:p>
        </w:tc>
      </w:tr>
      <w:tr w:rsidR="00D6288B" w14:paraId="5009E3E3" w14:textId="77777777">
        <w:trPr>
          <w:jc w:val="center"/>
        </w:trPr>
        <w:tc>
          <w:tcPr>
            <w:tcW w:w="2494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D46E86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CUP</w:t>
            </w:r>
          </w:p>
        </w:tc>
        <w:tc>
          <w:tcPr>
            <w:tcW w:w="66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A0E1F8" w14:textId="77777777" w:rsidR="00D6288B" w:rsidRDefault="00000000">
            <w:pPr>
              <w:spacing w:after="0" w:line="240" w:lineRule="auto"/>
            </w:pPr>
            <w:r>
              <w:rPr>
                <w:sz w:val="20"/>
              </w:rPr>
              <w:t>C64D25003440007</w:t>
            </w:r>
          </w:p>
        </w:tc>
      </w:tr>
      <w:tr w:rsidR="00D6288B" w14:paraId="37C913CE" w14:textId="77777777">
        <w:trPr>
          <w:jc w:val="center"/>
        </w:trPr>
        <w:tc>
          <w:tcPr>
            <w:tcW w:w="2494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85634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Importo autorizzato</w:t>
            </w:r>
          </w:p>
        </w:tc>
        <w:tc>
          <w:tcPr>
            <w:tcW w:w="66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8FE174" w14:textId="77777777" w:rsidR="00D6288B" w:rsidRDefault="00000000">
            <w:pPr>
              <w:spacing w:after="0" w:line="240" w:lineRule="auto"/>
            </w:pPr>
            <w:r>
              <w:rPr>
                <w:sz w:val="20"/>
              </w:rPr>
              <w:t>€ 121.200,00</w:t>
            </w:r>
          </w:p>
        </w:tc>
      </w:tr>
    </w:tbl>
    <w:p w14:paraId="380998A2" w14:textId="77777777" w:rsidR="00D6288B" w:rsidRDefault="00D6288B">
      <w:pPr>
        <w:spacing w:after="20"/>
      </w:pPr>
    </w:p>
    <w:p w14:paraId="63314DAD" w14:textId="77777777" w:rsidR="00D6288B" w:rsidRDefault="00000000">
      <w:pPr>
        <w:spacing w:after="160"/>
      </w:pPr>
      <w:r>
        <w:rPr>
          <w:b/>
          <w:sz w:val="25"/>
        </w:rPr>
        <w:t>DOMANDA DI PARTECIPAZIONE ALLA SELEZIONE DI ESPERTI E TUTOR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123"/>
      </w:tblGrid>
      <w:tr w:rsidR="00D6288B" w14:paraId="547F3166" w14:textId="77777777">
        <w:trPr>
          <w:jc w:val="center"/>
        </w:trPr>
        <w:tc>
          <w:tcPr>
            <w:tcW w:w="2835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57DC2FB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Il/la sottoscritto/a</w:t>
            </w:r>
          </w:p>
        </w:tc>
        <w:tc>
          <w:tcPr>
            <w:tcW w:w="6123" w:type="dxa"/>
            <w:tcBorders>
              <w:bottom w:val="single" w:sz="6" w:space="0" w:color="666666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4AE0EEB" w14:textId="77777777" w:rsidR="00D6288B" w:rsidRDefault="00D6288B">
            <w:pPr>
              <w:spacing w:after="0" w:line="240" w:lineRule="auto"/>
            </w:pPr>
          </w:p>
        </w:tc>
      </w:tr>
      <w:tr w:rsidR="00D6288B" w14:paraId="5B9E351F" w14:textId="77777777">
        <w:trPr>
          <w:jc w:val="center"/>
        </w:trPr>
        <w:tc>
          <w:tcPr>
            <w:tcW w:w="2835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E9702C7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nato/a a - il</w:t>
            </w:r>
          </w:p>
        </w:tc>
        <w:tc>
          <w:tcPr>
            <w:tcW w:w="6123" w:type="dxa"/>
            <w:tcBorders>
              <w:bottom w:val="single" w:sz="6" w:space="0" w:color="666666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2525545" w14:textId="77777777" w:rsidR="00D6288B" w:rsidRDefault="00D6288B">
            <w:pPr>
              <w:spacing w:after="0" w:line="240" w:lineRule="auto"/>
            </w:pPr>
          </w:p>
        </w:tc>
      </w:tr>
      <w:tr w:rsidR="00D6288B" w14:paraId="3CDA7E53" w14:textId="77777777">
        <w:trPr>
          <w:jc w:val="center"/>
        </w:trPr>
        <w:tc>
          <w:tcPr>
            <w:tcW w:w="2835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F68C63E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codice fiscale</w:t>
            </w:r>
          </w:p>
        </w:tc>
        <w:tc>
          <w:tcPr>
            <w:tcW w:w="6123" w:type="dxa"/>
            <w:tcBorders>
              <w:bottom w:val="single" w:sz="6" w:space="0" w:color="666666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18A2C83" w14:textId="77777777" w:rsidR="00D6288B" w:rsidRDefault="00D6288B">
            <w:pPr>
              <w:spacing w:after="0" w:line="240" w:lineRule="auto"/>
            </w:pPr>
          </w:p>
        </w:tc>
      </w:tr>
      <w:tr w:rsidR="00D6288B" w14:paraId="7AD65366" w14:textId="77777777">
        <w:trPr>
          <w:jc w:val="center"/>
        </w:trPr>
        <w:tc>
          <w:tcPr>
            <w:tcW w:w="2835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52CFCBD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residente a - CAP</w:t>
            </w:r>
          </w:p>
        </w:tc>
        <w:tc>
          <w:tcPr>
            <w:tcW w:w="6123" w:type="dxa"/>
            <w:tcBorders>
              <w:bottom w:val="single" w:sz="6" w:space="0" w:color="666666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9E8962F" w14:textId="77777777" w:rsidR="00D6288B" w:rsidRDefault="00D6288B">
            <w:pPr>
              <w:spacing w:after="0" w:line="240" w:lineRule="auto"/>
            </w:pPr>
          </w:p>
        </w:tc>
      </w:tr>
      <w:tr w:rsidR="00D6288B" w14:paraId="0DD00012" w14:textId="77777777">
        <w:trPr>
          <w:jc w:val="center"/>
        </w:trPr>
        <w:tc>
          <w:tcPr>
            <w:tcW w:w="2835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B4A7774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via/piazza - n.</w:t>
            </w:r>
          </w:p>
        </w:tc>
        <w:tc>
          <w:tcPr>
            <w:tcW w:w="6123" w:type="dxa"/>
            <w:tcBorders>
              <w:bottom w:val="single" w:sz="6" w:space="0" w:color="666666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2D5594F" w14:textId="77777777" w:rsidR="00D6288B" w:rsidRDefault="00D6288B">
            <w:pPr>
              <w:spacing w:after="0" w:line="240" w:lineRule="auto"/>
            </w:pPr>
          </w:p>
        </w:tc>
      </w:tr>
      <w:tr w:rsidR="00D6288B" w14:paraId="378C487F" w14:textId="77777777">
        <w:trPr>
          <w:jc w:val="center"/>
        </w:trPr>
        <w:tc>
          <w:tcPr>
            <w:tcW w:w="2835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F9F7A3E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telefono</w:t>
            </w:r>
          </w:p>
        </w:tc>
        <w:tc>
          <w:tcPr>
            <w:tcW w:w="6123" w:type="dxa"/>
            <w:tcBorders>
              <w:bottom w:val="single" w:sz="6" w:space="0" w:color="666666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4219636" w14:textId="77777777" w:rsidR="00D6288B" w:rsidRDefault="00D6288B">
            <w:pPr>
              <w:spacing w:after="0" w:line="240" w:lineRule="auto"/>
            </w:pPr>
          </w:p>
        </w:tc>
      </w:tr>
      <w:tr w:rsidR="00D6288B" w14:paraId="496AE772" w14:textId="77777777">
        <w:trPr>
          <w:jc w:val="center"/>
        </w:trPr>
        <w:tc>
          <w:tcPr>
            <w:tcW w:w="2835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BC5F06D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e-mail</w:t>
            </w:r>
          </w:p>
        </w:tc>
        <w:tc>
          <w:tcPr>
            <w:tcW w:w="6123" w:type="dxa"/>
            <w:tcBorders>
              <w:bottom w:val="single" w:sz="6" w:space="0" w:color="666666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3A55998" w14:textId="77777777" w:rsidR="00D6288B" w:rsidRDefault="00D6288B">
            <w:pPr>
              <w:spacing w:after="0" w:line="240" w:lineRule="auto"/>
            </w:pPr>
          </w:p>
        </w:tc>
      </w:tr>
      <w:tr w:rsidR="00D6288B" w14:paraId="54BBAA5A" w14:textId="77777777">
        <w:trPr>
          <w:jc w:val="center"/>
        </w:trPr>
        <w:tc>
          <w:tcPr>
            <w:tcW w:w="2835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53DE857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PEC</w:t>
            </w:r>
          </w:p>
        </w:tc>
        <w:tc>
          <w:tcPr>
            <w:tcW w:w="6123" w:type="dxa"/>
            <w:tcBorders>
              <w:bottom w:val="single" w:sz="6" w:space="0" w:color="666666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30728F9" w14:textId="77777777" w:rsidR="00D6288B" w:rsidRDefault="00D6288B">
            <w:pPr>
              <w:spacing w:after="0" w:line="240" w:lineRule="auto"/>
            </w:pPr>
          </w:p>
        </w:tc>
      </w:tr>
      <w:tr w:rsidR="00D6288B" w14:paraId="482DE197" w14:textId="77777777">
        <w:trPr>
          <w:jc w:val="center"/>
        </w:trPr>
        <w:tc>
          <w:tcPr>
            <w:tcW w:w="2835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E832CFD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in servizio presso</w:t>
            </w:r>
          </w:p>
        </w:tc>
        <w:tc>
          <w:tcPr>
            <w:tcW w:w="6123" w:type="dxa"/>
            <w:tcBorders>
              <w:bottom w:val="single" w:sz="6" w:space="0" w:color="666666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961CE23" w14:textId="77777777" w:rsidR="00D6288B" w:rsidRDefault="00D6288B">
            <w:pPr>
              <w:spacing w:after="0" w:line="240" w:lineRule="auto"/>
            </w:pPr>
          </w:p>
        </w:tc>
      </w:tr>
      <w:tr w:rsidR="00D6288B" w14:paraId="2DE9A14C" w14:textId="77777777">
        <w:trPr>
          <w:jc w:val="center"/>
        </w:trPr>
        <w:tc>
          <w:tcPr>
            <w:tcW w:w="2835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33445A2" w14:textId="77777777" w:rsidR="00D6288B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con la qualifica di</w:t>
            </w:r>
          </w:p>
        </w:tc>
        <w:tc>
          <w:tcPr>
            <w:tcW w:w="6123" w:type="dxa"/>
            <w:tcBorders>
              <w:bottom w:val="single" w:sz="6" w:space="0" w:color="666666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7602148" w14:textId="77777777" w:rsidR="00D6288B" w:rsidRDefault="00D6288B">
            <w:pPr>
              <w:spacing w:after="0" w:line="240" w:lineRule="auto"/>
            </w:pPr>
          </w:p>
        </w:tc>
      </w:tr>
    </w:tbl>
    <w:p w14:paraId="76DDA7CA" w14:textId="77777777" w:rsidR="00D6288B" w:rsidRDefault="00000000">
      <w:pPr>
        <w:spacing w:after="80"/>
        <w:jc w:val="center"/>
      </w:pPr>
      <w:r>
        <w:rPr>
          <w:b/>
          <w:sz w:val="26"/>
        </w:rPr>
        <w:t>CHIEDE</w:t>
      </w:r>
    </w:p>
    <w:p w14:paraId="307ADFA7" w14:textId="77777777" w:rsidR="00D6288B" w:rsidRDefault="00000000">
      <w:r>
        <w:rPr>
          <w:sz w:val="21"/>
        </w:rPr>
        <w:t>di partecipare alla procedura di selezione in qualità di:</w:t>
      </w:r>
    </w:p>
    <w:p w14:paraId="74E2D977" w14:textId="77777777" w:rsidR="00D6288B" w:rsidRDefault="00000000">
      <w:pPr>
        <w:spacing w:after="40"/>
      </w:pPr>
      <w:r>
        <w:rPr>
          <w:sz w:val="21"/>
        </w:rPr>
        <w:t>☐ personale interno all’Istituto;</w:t>
      </w:r>
    </w:p>
    <w:p w14:paraId="3DBD953B" w14:textId="77777777" w:rsidR="00D6288B" w:rsidRDefault="00000000">
      <w:pPr>
        <w:spacing w:after="40"/>
      </w:pPr>
      <w:r>
        <w:rPr>
          <w:sz w:val="21"/>
        </w:rPr>
        <w:t>☐ personale in servizio presso altra istituzione scolastica;</w:t>
      </w:r>
    </w:p>
    <w:p w14:paraId="2D12BA99" w14:textId="77777777" w:rsidR="00D6288B" w:rsidRDefault="00000000">
      <w:pPr>
        <w:spacing w:after="40"/>
      </w:pPr>
      <w:r>
        <w:rPr>
          <w:sz w:val="21"/>
        </w:rPr>
        <w:t>☐ dipendente di altra amministrazione pubblica;</w:t>
      </w:r>
    </w:p>
    <w:p w14:paraId="428D41F8" w14:textId="77777777" w:rsidR="00D6288B" w:rsidRDefault="00000000">
      <w:pPr>
        <w:spacing w:after="40"/>
      </w:pPr>
      <w:r>
        <w:rPr>
          <w:sz w:val="21"/>
        </w:rPr>
        <w:t>☐ lavoratore autonomo/professionista/esperto esterno.</w:t>
      </w:r>
    </w:p>
    <w:p w14:paraId="40289E63" w14:textId="77777777" w:rsidR="00D6288B" w:rsidRDefault="00000000">
      <w:pPr>
        <w:spacing w:after="60"/>
      </w:pPr>
      <w:r>
        <w:rPr>
          <w:b/>
          <w:sz w:val="23"/>
        </w:rPr>
        <w:t>PROFILO RICHIESTO</w:t>
      </w:r>
    </w:p>
    <w:p w14:paraId="715106E4" w14:textId="77777777" w:rsidR="00D6288B" w:rsidRDefault="00000000">
      <w:pPr>
        <w:spacing w:after="140"/>
      </w:pPr>
      <w:r>
        <w:rPr>
          <w:sz w:val="21"/>
        </w:rPr>
        <w:t>☐ Esperto     ☐ Tutor     ☐ Entrambi i profili</w:t>
      </w:r>
    </w:p>
    <w:p w14:paraId="4C824B3E" w14:textId="77777777" w:rsidR="00D6288B" w:rsidRDefault="00000000">
      <w:pPr>
        <w:spacing w:after="40"/>
      </w:pPr>
      <w:r>
        <w:rPr>
          <w:b/>
          <w:sz w:val="23"/>
        </w:rPr>
        <w:t>MODULI PER I QUALI SI PRESENTA LA CANDIDATURA</w:t>
      </w:r>
    </w:p>
    <w:p w14:paraId="3D8D7173" w14:textId="77777777" w:rsidR="00D6288B" w:rsidRDefault="00000000">
      <w:pPr>
        <w:spacing w:after="80"/>
      </w:pPr>
      <w:r>
        <w:rPr>
          <w:i/>
          <w:sz w:val="19"/>
        </w:rPr>
        <w:t>Indicare il profilo richiesto e l’ordine di preferenza (1 = prima preferenza).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"/>
        <w:gridCol w:w="1020"/>
        <w:gridCol w:w="5726"/>
        <w:gridCol w:w="850"/>
        <w:gridCol w:w="850"/>
      </w:tblGrid>
      <w:tr w:rsidR="00D6288B" w14:paraId="1F7E2376" w14:textId="77777777">
        <w:trPr>
          <w:tblHeader/>
          <w:jc w:val="center"/>
        </w:trPr>
        <w:tc>
          <w:tcPr>
            <w:tcW w:w="396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62024" w14:textId="77777777" w:rsidR="00D6288B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</w:t>
            </w:r>
          </w:p>
        </w:tc>
        <w:tc>
          <w:tcPr>
            <w:tcW w:w="1020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BFD56" w14:textId="77777777" w:rsidR="00D6288B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Preferenza</w:t>
            </w:r>
          </w:p>
        </w:tc>
        <w:tc>
          <w:tcPr>
            <w:tcW w:w="5726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42BA9D" w14:textId="77777777" w:rsidR="00D6288B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Titolo del modulo</w:t>
            </w:r>
          </w:p>
        </w:tc>
        <w:tc>
          <w:tcPr>
            <w:tcW w:w="850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DE1F0" w14:textId="77777777" w:rsidR="00D6288B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Esperto</w:t>
            </w:r>
          </w:p>
        </w:tc>
        <w:tc>
          <w:tcPr>
            <w:tcW w:w="850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D1AA46" w14:textId="77777777" w:rsidR="00D6288B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Tutor</w:t>
            </w:r>
          </w:p>
        </w:tc>
      </w:tr>
      <w:tr w:rsidR="00D6288B" w14:paraId="6A3751C9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232C3A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64760C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11A76A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Musica 1 media: Cantare le parole: viaggio corale nei testi e nelle emozioni - I edizione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06D7D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854866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188176D2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978F7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lastRenderedPageBreak/>
              <w:t>2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2799F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F06CBA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Secondaria: Problem solving Lab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7FC9A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F28266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44F3E00D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B8221E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01ABD8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2A5A3B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Teatro Sapri ed. 2: Il teatro delle possibilità: inventare, provare, diventare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D45E54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338EA3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46C304CA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72E95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F2FE7D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1A04FD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Castaldi - English for kids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3E0FE4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F45739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7FE847BA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9BA67B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4E8224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E38788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Torresino - Laboratorio di scienze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D327D4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ABA511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1A04BBC7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14B784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D0E9B0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A2019E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Castaldi - Il teatro delle possibilità: inventare, provare, diventare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24EDD4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4B947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1579ACEA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A472BF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2DEBB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B78180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Sapri - Piccoli scienziati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EFF5F9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C2F90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41389292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EB3B63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22F84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F599D1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Torresino - English for kids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ACFFB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A9769F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715198A5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5BB897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C552A0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FF6877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Secondaria: English up Centrale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77ABE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0C98E1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6D2EAA5B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59F8E3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ADFB8D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9816F5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Missione matematica media: costruire le competenze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B57A76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27E951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308EE04F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4A4E69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AED49B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1F1C92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Sapri - Il teatro delle possibilità: inventare, provare, diventare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7D3D8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A6F842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6BBA1F7B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3FF27D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46A3AA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18D25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Torresino - Parole in musica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909CDC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DE644A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3C4ED8EB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69F27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24838B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D7464F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Sapri: Parole in Musica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B1243B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7DBFB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3EC1A1D9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E473B5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37B368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A6FA7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Sapri - English for kids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CA2F75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8B9AE2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1044601A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AE231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743BE8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AFF68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Sapri - GeoGioco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95279A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D0B39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7D63F9CF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27897B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D20AD3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F62403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Diventiamo redattori media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D03506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EE7EB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65868397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73796D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0634ED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2911FB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Castaldi - Piccoli scienziati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A3B8A0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EEC849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6B6DA5DF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73276C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BC45D6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CFCFEC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English for kids - Castaldi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87EE2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D8637E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76726F51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158B1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3461BB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961E33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Castaldi - GeoGioco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114724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E32E43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D6288B" w14:paraId="03A0A0E9" w14:textId="77777777">
        <w:trPr>
          <w:jc w:val="center"/>
        </w:trPr>
        <w:tc>
          <w:tcPr>
            <w:tcW w:w="3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5725C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10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0F7AE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____</w:t>
            </w:r>
          </w:p>
        </w:tc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ABA43" w14:textId="77777777" w:rsidR="00D6288B" w:rsidRDefault="00000000">
            <w:pPr>
              <w:spacing w:after="0" w:line="240" w:lineRule="auto"/>
            </w:pPr>
            <w:r>
              <w:rPr>
                <w:sz w:val="16"/>
              </w:rPr>
              <w:t>Musica 2 media: Cantare le parole: viaggio corale nei testi e nelle emozioni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D84D1F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135B40" w14:textId="77777777" w:rsidR="00D6288B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4449CB62" w14:textId="77777777" w:rsidR="00D6288B" w:rsidRDefault="00000000">
      <w:pPr>
        <w:spacing w:after="140"/>
      </w:pPr>
      <w:r>
        <w:rPr>
          <w:i/>
          <w:sz w:val="19"/>
        </w:rPr>
        <w:t>Il/la sottoscritto/a dichiara di essere consapevole che potranno essere conferiti, di regola, non più di tre incarichi complessivi, salvo motivata deroga della scuola in caso di candidature insufficienti a coprire i moduli.</w:t>
      </w:r>
    </w:p>
    <w:p w14:paraId="5E0C460B" w14:textId="77777777" w:rsidR="00D6288B" w:rsidRDefault="00000000">
      <w:pPr>
        <w:spacing w:after="60"/>
      </w:pPr>
      <w:r>
        <w:rPr>
          <w:b/>
          <w:sz w:val="23"/>
        </w:rPr>
        <w:t>DICHIARAZIONI</w:t>
      </w:r>
    </w:p>
    <w:p w14:paraId="17E7ECDD" w14:textId="77777777" w:rsidR="00D6288B" w:rsidRDefault="00000000">
      <w:r>
        <w:rPr>
          <w:sz w:val="20"/>
        </w:rPr>
        <w:t>Ai sensi degli articoli 46 e 47 del DPR n. 445/2000, consapevole delle responsabilità e delle sanzioni previste dall’articolo 76 del medesimo decreto, dichiara:</w:t>
      </w:r>
    </w:p>
    <w:p w14:paraId="37769E19" w14:textId="77777777" w:rsidR="00D6288B" w:rsidRDefault="00000000">
      <w:pPr>
        <w:spacing w:after="20"/>
      </w:pPr>
      <w:r>
        <w:rPr>
          <w:sz w:val="19"/>
        </w:rPr>
        <w:t>☐ di essere cittadino/a italiano/a o di trovarsi in una delle condizioni ammesse dalla normativa vigente;</w:t>
      </w:r>
    </w:p>
    <w:p w14:paraId="5C9BE751" w14:textId="77777777" w:rsidR="00D6288B" w:rsidRDefault="00000000">
      <w:pPr>
        <w:spacing w:after="20"/>
      </w:pPr>
      <w:r>
        <w:rPr>
          <w:sz w:val="19"/>
        </w:rPr>
        <w:t>☐ di godere dei diritti civili e politici e di non essere escluso/a dall’elettorato politico attivo;</w:t>
      </w:r>
    </w:p>
    <w:p w14:paraId="6405FE24" w14:textId="77777777" w:rsidR="00D6288B" w:rsidRDefault="00000000">
      <w:pPr>
        <w:spacing w:after="20"/>
      </w:pPr>
      <w:r>
        <w:rPr>
          <w:sz w:val="19"/>
        </w:rPr>
        <w:t>☐ di possedere l’idoneità allo svolgimento dell’incarico;</w:t>
      </w:r>
    </w:p>
    <w:p w14:paraId="54F3A49C" w14:textId="77777777" w:rsidR="00D6288B" w:rsidRDefault="00000000">
      <w:pPr>
        <w:spacing w:after="20"/>
      </w:pPr>
      <w:r>
        <w:rPr>
          <w:sz w:val="19"/>
        </w:rPr>
        <w:t>☐ di non avere riportato condanne penali né di essere destinatario/a di provvedimenti incompatibili con l’incarico;</w:t>
      </w:r>
    </w:p>
    <w:p w14:paraId="21FEE657" w14:textId="77777777" w:rsidR="00D6288B" w:rsidRDefault="00000000">
      <w:pPr>
        <w:spacing w:after="20"/>
      </w:pPr>
      <w:r>
        <w:rPr>
          <w:sz w:val="19"/>
        </w:rPr>
        <w:t>☐ di non essere stato/a destituito/a, dispensato/a, dichiarato/a decaduto/a o licenziato/a da una pubblica amministrazione per motivi incompatibili con l’incarico;</w:t>
      </w:r>
    </w:p>
    <w:p w14:paraId="4AD76023" w14:textId="77777777" w:rsidR="00D6288B" w:rsidRDefault="00000000">
      <w:pPr>
        <w:spacing w:after="20"/>
      </w:pPr>
      <w:r>
        <w:rPr>
          <w:sz w:val="19"/>
        </w:rPr>
        <w:t>☐ di non trovarsi in situazione di incompatibilità, inconferibilità o conflitto di interessi, anche potenziale;</w:t>
      </w:r>
    </w:p>
    <w:p w14:paraId="438FF1F6" w14:textId="77777777" w:rsidR="00D6288B" w:rsidRDefault="00000000">
      <w:pPr>
        <w:spacing w:after="20"/>
      </w:pPr>
      <w:r>
        <w:rPr>
          <w:sz w:val="19"/>
        </w:rPr>
        <w:t>☐ di impegnarsi a comunicare tempestivamente ogni situazione di incompatibilità o conflitto di interessi sopravvenuta;</w:t>
      </w:r>
    </w:p>
    <w:p w14:paraId="04423CA4" w14:textId="77777777" w:rsidR="00D6288B" w:rsidRDefault="00000000">
      <w:pPr>
        <w:spacing w:after="20"/>
      </w:pPr>
      <w:r>
        <w:rPr>
          <w:sz w:val="19"/>
        </w:rPr>
        <w:t>☐ di essere in possesso dei requisiti e dei titoli dichiarati nel curriculum e nell’Allegato B;</w:t>
      </w:r>
    </w:p>
    <w:p w14:paraId="7C1D23FC" w14:textId="77777777" w:rsidR="00D6288B" w:rsidRDefault="00000000">
      <w:pPr>
        <w:spacing w:after="20"/>
      </w:pPr>
      <w:r>
        <w:rPr>
          <w:sz w:val="19"/>
        </w:rPr>
        <w:t>☐ di possedere adeguate competenze digitali;</w:t>
      </w:r>
    </w:p>
    <w:p w14:paraId="04FA7489" w14:textId="77777777" w:rsidR="00D6288B" w:rsidRDefault="00000000">
      <w:pPr>
        <w:spacing w:after="20"/>
      </w:pPr>
      <w:r>
        <w:rPr>
          <w:sz w:val="19"/>
        </w:rPr>
        <w:t>☐ di essere disponibile a svolgere tutte le attività previste dall’incarico e a rispettare il calendario definito dalla scuola;</w:t>
      </w:r>
    </w:p>
    <w:p w14:paraId="17555429" w14:textId="77777777" w:rsidR="00D6288B" w:rsidRDefault="00000000">
      <w:pPr>
        <w:spacing w:after="20"/>
      </w:pPr>
      <w:r>
        <w:rPr>
          <w:sz w:val="19"/>
        </w:rPr>
        <w:t>☐ di essere disponibile a svolgere le attività al di fuori dell’orario ordinario di servizio, ove applicabile;</w:t>
      </w:r>
    </w:p>
    <w:p w14:paraId="3F8A58B3" w14:textId="77777777" w:rsidR="00D6288B" w:rsidRDefault="00000000">
      <w:pPr>
        <w:spacing w:after="20"/>
      </w:pPr>
      <w:r>
        <w:rPr>
          <w:sz w:val="19"/>
        </w:rPr>
        <w:lastRenderedPageBreak/>
        <w:t>☐ di impegnarsi a utilizzare la piattaforma SIF2127 e gli altri strumenti indicati dall’Istituzione scolastica;</w:t>
      </w:r>
    </w:p>
    <w:p w14:paraId="3979A085" w14:textId="77777777" w:rsidR="00D6288B" w:rsidRDefault="00000000">
      <w:pPr>
        <w:spacing w:after="20"/>
      </w:pPr>
      <w:r>
        <w:rPr>
          <w:sz w:val="19"/>
        </w:rPr>
        <w:t>☐ di impegnarsi a registrare tempestivamente le attività e le presenze di propria competenza;</w:t>
      </w:r>
    </w:p>
    <w:p w14:paraId="0A0FF1D3" w14:textId="77777777" w:rsidR="00D6288B" w:rsidRDefault="00000000">
      <w:pPr>
        <w:spacing w:after="20"/>
      </w:pPr>
      <w:r>
        <w:rPr>
          <w:sz w:val="19"/>
        </w:rPr>
        <w:t>☐ di autorizzare l’Istituzione scolastica a effettuare i controlli sulle dichiarazioni rese;</w:t>
      </w:r>
    </w:p>
    <w:p w14:paraId="20BCE786" w14:textId="77777777" w:rsidR="00D6288B" w:rsidRDefault="00000000">
      <w:pPr>
        <w:spacing w:after="20"/>
      </w:pPr>
      <w:r>
        <w:rPr>
          <w:sz w:val="19"/>
        </w:rPr>
        <w:t>☐ di accettare integralmente tutte le disposizioni contenute nell’avviso;</w:t>
      </w:r>
    </w:p>
    <w:p w14:paraId="0A0AB82E" w14:textId="77777777" w:rsidR="00D6288B" w:rsidRDefault="00000000">
      <w:pPr>
        <w:spacing w:after="20"/>
      </w:pPr>
      <w:r>
        <w:rPr>
          <w:sz w:val="19"/>
        </w:rPr>
        <w:t>☐ di essere informato/a che il compenso sarà erogato esclusivamente nei limiti delle ore effettivamente svolte, documentate e riconosciute.</w:t>
      </w:r>
    </w:p>
    <w:p w14:paraId="58486E89" w14:textId="77777777" w:rsidR="00D6288B" w:rsidRDefault="00000000">
      <w:pPr>
        <w:spacing w:after="60"/>
      </w:pPr>
      <w:r>
        <w:rPr>
          <w:b/>
          <w:sz w:val="23"/>
        </w:rPr>
        <w:t>TITOLI DI STUDIO</w:t>
      </w:r>
    </w:p>
    <w:p w14:paraId="6DC575F4" w14:textId="77777777" w:rsidR="00D6288B" w:rsidRDefault="00000000">
      <w:r>
        <w:rPr>
          <w:sz w:val="20"/>
        </w:rPr>
        <w:t>Titolo di studio principale: _________________________________________________</w:t>
      </w:r>
    </w:p>
    <w:p w14:paraId="4B4AF8F7" w14:textId="77777777" w:rsidR="00D6288B" w:rsidRDefault="00000000">
      <w:r>
        <w:rPr>
          <w:sz w:val="20"/>
        </w:rPr>
        <w:t>conseguito presso _________________________________________________________</w:t>
      </w:r>
    </w:p>
    <w:p w14:paraId="163E0828" w14:textId="77777777" w:rsidR="00D6288B" w:rsidRDefault="00000000">
      <w:r>
        <w:rPr>
          <w:sz w:val="20"/>
        </w:rPr>
        <w:t>in data ______________________________ voto _________________________________</w:t>
      </w:r>
    </w:p>
    <w:p w14:paraId="64CB93A3" w14:textId="77777777" w:rsidR="00D6288B" w:rsidRDefault="00000000">
      <w:r>
        <w:rPr>
          <w:sz w:val="20"/>
        </w:rPr>
        <w:t>Ulteriori titoli: ___________________________________________________________</w:t>
      </w:r>
    </w:p>
    <w:p w14:paraId="70EBBB63" w14:textId="77777777" w:rsidR="00D6288B" w:rsidRDefault="00000000">
      <w:pPr>
        <w:spacing w:after="160"/>
      </w:pPr>
      <w:r>
        <w:rPr>
          <w:sz w:val="20"/>
        </w:rPr>
        <w:t>__________________________________________________________________________</w:t>
      </w:r>
    </w:p>
    <w:p w14:paraId="1E80C9BD" w14:textId="77777777" w:rsidR="00D6288B" w:rsidRDefault="00000000">
      <w:pPr>
        <w:spacing w:after="60"/>
      </w:pPr>
      <w:r>
        <w:rPr>
          <w:b/>
          <w:sz w:val="23"/>
        </w:rPr>
        <w:t>AUTORIZZAZIONE DELL’AMMINISTRAZIONE DI APPARTENENZA</w:t>
      </w:r>
    </w:p>
    <w:p w14:paraId="4DC82C67" w14:textId="77777777" w:rsidR="00D6288B" w:rsidRDefault="00000000">
      <w:pPr>
        <w:spacing w:after="20"/>
      </w:pPr>
      <w:r>
        <w:rPr>
          <w:sz w:val="20"/>
        </w:rPr>
        <w:t>☐ non necessita di autorizzazione;</w:t>
      </w:r>
    </w:p>
    <w:p w14:paraId="135C55F8" w14:textId="77777777" w:rsidR="00D6288B" w:rsidRDefault="00000000">
      <w:pPr>
        <w:spacing w:after="20"/>
      </w:pPr>
      <w:r>
        <w:rPr>
          <w:sz w:val="20"/>
        </w:rPr>
        <w:t>☐ si impegna a produrre l’autorizzazione dell’amministrazione di appartenenza prima della sottoscrizione dell’incarico;</w:t>
      </w:r>
    </w:p>
    <w:p w14:paraId="585AC9CF" w14:textId="77777777" w:rsidR="00D6288B" w:rsidRDefault="00000000">
      <w:pPr>
        <w:spacing w:after="20"/>
      </w:pPr>
      <w:r>
        <w:rPr>
          <w:sz w:val="20"/>
        </w:rPr>
        <w:t>☐ allega l’autorizzazione dell’amministrazione di appartenenza.</w:t>
      </w:r>
    </w:p>
    <w:p w14:paraId="2DFCE550" w14:textId="77777777" w:rsidR="00D6288B" w:rsidRDefault="00000000">
      <w:pPr>
        <w:spacing w:after="60"/>
      </w:pPr>
      <w:r>
        <w:rPr>
          <w:b/>
          <w:sz w:val="23"/>
        </w:rPr>
        <w:t>ALLEGATI</w:t>
      </w:r>
    </w:p>
    <w:p w14:paraId="59F6031B" w14:textId="77777777" w:rsidR="00D6288B" w:rsidRDefault="00000000">
      <w:pPr>
        <w:spacing w:after="20"/>
      </w:pPr>
      <w:r>
        <w:rPr>
          <w:sz w:val="20"/>
        </w:rPr>
        <w:t>☐ Allegato B - Scheda di autovalutazione;</w:t>
      </w:r>
    </w:p>
    <w:p w14:paraId="4DE202DE" w14:textId="77777777" w:rsidR="00D6288B" w:rsidRDefault="00000000">
      <w:pPr>
        <w:spacing w:after="20"/>
      </w:pPr>
      <w:r>
        <w:rPr>
          <w:sz w:val="20"/>
        </w:rPr>
        <w:t>☐ curriculum vitae in formato europeo, datato e sottoscritto;</w:t>
      </w:r>
    </w:p>
    <w:p w14:paraId="7294D33D" w14:textId="77777777" w:rsidR="00D6288B" w:rsidRDefault="00000000">
      <w:pPr>
        <w:spacing w:after="20"/>
      </w:pPr>
      <w:r>
        <w:rPr>
          <w:sz w:val="20"/>
        </w:rPr>
        <w:t>☐ copia del documento di identità;</w:t>
      </w:r>
    </w:p>
    <w:p w14:paraId="5278CE22" w14:textId="77777777" w:rsidR="00D6288B" w:rsidRDefault="00000000">
      <w:pPr>
        <w:spacing w:after="20"/>
      </w:pPr>
      <w:r>
        <w:rPr>
          <w:sz w:val="20"/>
        </w:rPr>
        <w:t>☐ proposta progettuale per ciascun modulo richiesto come esperto;</w:t>
      </w:r>
    </w:p>
    <w:p w14:paraId="7F88DBAB" w14:textId="77777777" w:rsidR="00D6288B" w:rsidRDefault="00000000">
      <w:pPr>
        <w:spacing w:after="20"/>
      </w:pPr>
      <w:r>
        <w:rPr>
          <w:sz w:val="20"/>
        </w:rPr>
        <w:t>☐ eventuale autorizzazione dell’amministrazione di appartenenza;</w:t>
      </w:r>
    </w:p>
    <w:p w14:paraId="40602FD9" w14:textId="77777777" w:rsidR="00D6288B" w:rsidRDefault="00000000">
      <w:pPr>
        <w:spacing w:after="20"/>
      </w:pPr>
      <w:r>
        <w:rPr>
          <w:sz w:val="20"/>
        </w:rPr>
        <w:t>☐ altra documentazione: ________________________________________________.</w:t>
      </w:r>
    </w:p>
    <w:p w14:paraId="45187412" w14:textId="77777777" w:rsidR="00D6288B" w:rsidRDefault="00000000">
      <w:pPr>
        <w:spacing w:after="160"/>
      </w:pPr>
      <w:r>
        <w:rPr>
          <w:sz w:val="19"/>
        </w:rPr>
        <w:t>Il/la sottoscritto/a autorizza il trattamento dei dati personali per le finalità connesse alla procedura ai sensi del regolamento (UE) 2016/679 e del decreto legislativo n. 196/2003, come modificato dal decreto legislativo n. 101/2018.</w:t>
      </w:r>
    </w:p>
    <w:p w14:paraId="5629A104" w14:textId="77777777" w:rsidR="00D6288B" w:rsidRDefault="00000000">
      <w:pPr>
        <w:spacing w:after="0"/>
      </w:pPr>
      <w:r>
        <w:rPr>
          <w:sz w:val="21"/>
        </w:rPr>
        <w:t>Luogo e data ________________________________                         Firma ________________________________</w:t>
      </w:r>
    </w:p>
    <w:sectPr w:rsidR="00D6288B" w:rsidSect="00034616">
      <w:headerReference w:type="default" r:id="rId8"/>
      <w:footerReference w:type="default" r:id="rId9"/>
      <w:pgSz w:w="11906" w:h="16838"/>
      <w:pgMar w:top="2438" w:right="1134" w:bottom="907" w:left="1134" w:header="198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3C1CB" w14:textId="77777777" w:rsidR="005D193C" w:rsidRDefault="005D193C">
      <w:pPr>
        <w:spacing w:after="0" w:line="240" w:lineRule="auto"/>
      </w:pPr>
      <w:r>
        <w:separator/>
      </w:r>
    </w:p>
  </w:endnote>
  <w:endnote w:type="continuationSeparator" w:id="0">
    <w:p w14:paraId="540BD070" w14:textId="77777777" w:rsidR="005D193C" w:rsidRDefault="005D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342A" w14:textId="77777777" w:rsidR="00D6288B" w:rsidRDefault="00000000">
    <w:pPr>
      <w:pStyle w:val="Pidipagina"/>
      <w:jc w:val="center"/>
    </w:pPr>
    <w:proofErr w:type="spellStart"/>
    <w:r>
      <w:rPr>
        <w:sz w:val="18"/>
      </w:rPr>
      <w:t>Pagina</w:t>
    </w:r>
    <w:proofErr w:type="spellEnd"/>
    <w:r>
      <w:rPr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D85CED">
      <w:rPr>
        <w:noProof/>
      </w:rPr>
      <w:t>1</w:t>
    </w:r>
    <w:r>
      <w:fldChar w:fldCharType="end"/>
    </w:r>
    <w:r>
      <w:rPr>
        <w:sz w:val="18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D85CE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A6912" w14:textId="77777777" w:rsidR="005D193C" w:rsidRDefault="005D193C">
      <w:pPr>
        <w:spacing w:after="0" w:line="240" w:lineRule="auto"/>
      </w:pPr>
      <w:r>
        <w:separator/>
      </w:r>
    </w:p>
  </w:footnote>
  <w:footnote w:type="continuationSeparator" w:id="0">
    <w:p w14:paraId="6A322341" w14:textId="77777777" w:rsidR="005D193C" w:rsidRDefault="005D1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72F84" w14:textId="77777777" w:rsidR="00D6288B" w:rsidRDefault="00000000">
    <w:pPr>
      <w:pStyle w:val="Intestazione"/>
      <w:spacing w:after="40"/>
      <w:jc w:val="center"/>
    </w:pPr>
    <w:r>
      <w:rPr>
        <w:noProof/>
      </w:rPr>
      <w:drawing>
        <wp:inline distT="0" distB="0" distL="0" distR="0" wp14:anchorId="0188D9E3" wp14:editId="7A1B7DE0">
          <wp:extent cx="3240000" cy="30548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tri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0" cy="305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A6C341" w14:textId="77777777" w:rsidR="00D6288B" w:rsidRDefault="00000000">
    <w:pPr>
      <w:spacing w:after="0"/>
      <w:jc w:val="center"/>
    </w:pPr>
    <w:r>
      <w:rPr>
        <w:noProof/>
      </w:rPr>
      <w:drawing>
        <wp:inline distT="0" distB="0" distL="0" distR="0" wp14:anchorId="0BB90539" wp14:editId="540A0AB0">
          <wp:extent cx="5832000" cy="196336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832000" cy="1963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8179641">
    <w:abstractNumId w:val="8"/>
  </w:num>
  <w:num w:numId="2" w16cid:durableId="1010909754">
    <w:abstractNumId w:val="6"/>
  </w:num>
  <w:num w:numId="3" w16cid:durableId="582449711">
    <w:abstractNumId w:val="5"/>
  </w:num>
  <w:num w:numId="4" w16cid:durableId="1736470035">
    <w:abstractNumId w:val="4"/>
  </w:num>
  <w:num w:numId="5" w16cid:durableId="1849175875">
    <w:abstractNumId w:val="7"/>
  </w:num>
  <w:num w:numId="6" w16cid:durableId="2019577194">
    <w:abstractNumId w:val="3"/>
  </w:num>
  <w:num w:numId="7" w16cid:durableId="2076658693">
    <w:abstractNumId w:val="2"/>
  </w:num>
  <w:num w:numId="8" w16cid:durableId="1356729450">
    <w:abstractNumId w:val="1"/>
  </w:num>
  <w:num w:numId="9" w16cid:durableId="730349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2E14"/>
    <w:rsid w:val="0029639D"/>
    <w:rsid w:val="00326F90"/>
    <w:rsid w:val="005D193C"/>
    <w:rsid w:val="00AA1D8D"/>
    <w:rsid w:val="00B47730"/>
    <w:rsid w:val="00CB0664"/>
    <w:rsid w:val="00D6288B"/>
    <w:rsid w:val="00D85C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422EE"/>
  <w14:defaultImageDpi w14:val="300"/>
  <w15:docId w15:val="{CE4637A7-125F-448A-AC74-7016CFD4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9" w:lineRule="auto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keepNext/>
      <w:spacing w:before="40" w:after="160"/>
    </w:pPr>
    <w:rPr>
      <w:rFonts w:ascii="Times New Roman" w:hAnsi="Times New Roman"/>
      <w:b/>
      <w:color w:val="333333"/>
      <w:sz w:val="36"/>
    </w:rPr>
  </w:style>
  <w:style w:type="paragraph" w:customStyle="1" w:styleId="Article">
    <w:name w:val="Article"/>
    <w:pPr>
      <w:keepNext/>
      <w:spacing w:before="200" w:after="100"/>
    </w:pPr>
    <w:rPr>
      <w:rFonts w:ascii="Times New Roman" w:hAnsi="Times New Roman"/>
      <w:b/>
      <w:color w:val="1F4E79"/>
      <w:sz w:val="28"/>
    </w:rPr>
  </w:style>
  <w:style w:type="paragraph" w:customStyle="1" w:styleId="Subhead">
    <w:name w:val="Subhead"/>
    <w:pPr>
      <w:keepNext/>
      <w:spacing w:before="140" w:after="60"/>
    </w:pPr>
    <w:rPr>
      <w:rFonts w:ascii="Times New Roman" w:hAnsi="Times New Roman"/>
      <w:b/>
      <w:color w:val="333333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Contabilità Deroberto</cp:lastModifiedBy>
  <cp:revision>2</cp:revision>
  <dcterms:created xsi:type="dcterms:W3CDTF">2026-10-19T12:05:00Z</dcterms:created>
  <dcterms:modified xsi:type="dcterms:W3CDTF">2026-10-19T12:05:00Z</dcterms:modified>
  <cp:category/>
</cp:coreProperties>
</file>