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D3F58" w14:textId="77777777" w:rsidR="006D6A35" w:rsidRDefault="00000000">
      <w:pPr>
        <w:spacing w:after="60"/>
      </w:pPr>
      <w:r>
        <w:rPr>
          <w:b/>
          <w:sz w:val="32"/>
        </w:rPr>
        <w:t>ALLEGATO B</w:t>
      </w:r>
    </w:p>
    <w:p w14:paraId="17D3F02F" w14:textId="77777777" w:rsidR="006D6A35" w:rsidRDefault="00000000">
      <w:pPr>
        <w:spacing w:after="160"/>
      </w:pPr>
      <w:r>
        <w:rPr>
          <w:b/>
          <w:sz w:val="30"/>
        </w:rPr>
        <w:t>SCHEDA DI AUTOVALUTAZIONE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633"/>
      </w:tblGrid>
      <w:tr w:rsidR="006D6A35" w14:paraId="5559ACC4" w14:textId="77777777">
        <w:trPr>
          <w:jc w:val="center"/>
        </w:trPr>
        <w:tc>
          <w:tcPr>
            <w:tcW w:w="2494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B1ED0D" w14:textId="77777777" w:rsidR="006D6A35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Codice progetto</w:t>
            </w:r>
          </w:p>
        </w:tc>
        <w:tc>
          <w:tcPr>
            <w:tcW w:w="66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DFEB7C" w14:textId="77777777" w:rsidR="006D6A35" w:rsidRDefault="00000000">
            <w:pPr>
              <w:spacing w:after="0" w:line="240" w:lineRule="auto"/>
            </w:pPr>
            <w:r>
              <w:rPr>
                <w:sz w:val="20"/>
              </w:rPr>
              <w:t>ESO4.6.A1.B-FSEPN-SI-2026-570</w:t>
            </w:r>
          </w:p>
        </w:tc>
      </w:tr>
      <w:tr w:rsidR="006D6A35" w14:paraId="4E1E1F7C" w14:textId="77777777">
        <w:trPr>
          <w:jc w:val="center"/>
        </w:trPr>
        <w:tc>
          <w:tcPr>
            <w:tcW w:w="2494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45C84C" w14:textId="77777777" w:rsidR="006D6A35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CUP</w:t>
            </w:r>
          </w:p>
        </w:tc>
        <w:tc>
          <w:tcPr>
            <w:tcW w:w="66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21F76E" w14:textId="77777777" w:rsidR="006D6A35" w:rsidRDefault="00000000">
            <w:pPr>
              <w:spacing w:after="0" w:line="240" w:lineRule="auto"/>
            </w:pPr>
            <w:r>
              <w:rPr>
                <w:sz w:val="20"/>
              </w:rPr>
              <w:t>C64D25003440007</w:t>
            </w:r>
          </w:p>
        </w:tc>
      </w:tr>
      <w:tr w:rsidR="006D6A35" w14:paraId="55481F6C" w14:textId="77777777">
        <w:trPr>
          <w:jc w:val="center"/>
        </w:trPr>
        <w:tc>
          <w:tcPr>
            <w:tcW w:w="2494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AAC0CB" w14:textId="77777777" w:rsidR="006D6A35" w:rsidRDefault="00000000">
            <w:pPr>
              <w:spacing w:after="0" w:line="240" w:lineRule="auto"/>
            </w:pPr>
            <w:r>
              <w:rPr>
                <w:b/>
                <w:sz w:val="20"/>
              </w:rPr>
              <w:t>Importo autorizzato</w:t>
            </w:r>
          </w:p>
        </w:tc>
        <w:tc>
          <w:tcPr>
            <w:tcW w:w="663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32966" w14:textId="77777777" w:rsidR="006D6A35" w:rsidRDefault="00000000">
            <w:pPr>
              <w:spacing w:after="0" w:line="240" w:lineRule="auto"/>
            </w:pPr>
            <w:r>
              <w:rPr>
                <w:sz w:val="20"/>
              </w:rPr>
              <w:t>€ 121.200,00</w:t>
            </w:r>
          </w:p>
        </w:tc>
      </w:tr>
    </w:tbl>
    <w:p w14:paraId="4AEA4541" w14:textId="77777777" w:rsidR="006D6A35" w:rsidRDefault="006D6A35">
      <w:pPr>
        <w:spacing w:after="20"/>
      </w:pPr>
    </w:p>
    <w:p w14:paraId="186FB258" w14:textId="77777777" w:rsidR="006D6A35" w:rsidRDefault="00000000">
      <w:r>
        <w:rPr>
          <w:sz w:val="21"/>
        </w:rPr>
        <w:t>Candidato/a _________________________________________________________________</w:t>
      </w:r>
    </w:p>
    <w:p w14:paraId="1019AABF" w14:textId="77777777" w:rsidR="006D6A35" w:rsidRDefault="00000000">
      <w:r>
        <w:rPr>
          <w:sz w:val="21"/>
        </w:rPr>
        <w:t>Profilo:     ☐ Esperto     ☐ Tutor     ☐ Entrambi</w:t>
      </w:r>
    </w:p>
    <w:p w14:paraId="43B80D85" w14:textId="77777777" w:rsidR="006D6A35" w:rsidRDefault="00000000">
      <w:r>
        <w:rPr>
          <w:sz w:val="21"/>
        </w:rPr>
        <w:t>Modulo/i: __________________________________________________________________</w:t>
      </w:r>
    </w:p>
    <w:p w14:paraId="06EB80A2" w14:textId="77777777" w:rsidR="006D6A35" w:rsidRDefault="00000000">
      <w:pPr>
        <w:spacing w:after="160"/>
      </w:pPr>
      <w:r>
        <w:rPr>
          <w:sz w:val="21"/>
        </w:rPr>
        <w:t>_____________________________________________________________________________</w:t>
      </w:r>
    </w:p>
    <w:p w14:paraId="13B28E1D" w14:textId="77777777" w:rsidR="006D6A35" w:rsidRDefault="00000000">
      <w:pPr>
        <w:spacing w:after="40"/>
      </w:pPr>
      <w:r>
        <w:rPr>
          <w:b/>
          <w:sz w:val="28"/>
        </w:rPr>
        <w:t>SEZIONE A - GRIGLIA DI VALUTAZIONE PER ESPERTO</w:t>
      </w:r>
    </w:p>
    <w:p w14:paraId="4402980C" w14:textId="77777777" w:rsidR="006D6A35" w:rsidRDefault="00000000">
      <w:pPr>
        <w:spacing w:after="120"/>
      </w:pPr>
      <w:r>
        <w:rPr>
          <w:b/>
          <w:sz w:val="21"/>
        </w:rPr>
        <w:t>Punteggio massimo: 100 punti</w:t>
      </w:r>
    </w:p>
    <w:p w14:paraId="328FCFF7" w14:textId="77777777" w:rsidR="006D6A35" w:rsidRDefault="00000000">
      <w:pPr>
        <w:spacing w:after="60"/>
      </w:pPr>
      <w:r>
        <w:rPr>
          <w:b/>
        </w:rPr>
        <w:t>A.1 - Titoli culturali e formativi - massimo 30 punti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1360"/>
        <w:gridCol w:w="1134"/>
        <w:gridCol w:w="1077"/>
        <w:gridCol w:w="1077"/>
      </w:tblGrid>
      <w:tr w:rsidR="006D6A35" w14:paraId="3B818DE1" w14:textId="77777777">
        <w:trPr>
          <w:tblHeader/>
          <w:jc w:val="center"/>
        </w:trPr>
        <w:tc>
          <w:tcPr>
            <w:tcW w:w="464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29F4C5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Indicatore</w:t>
            </w:r>
          </w:p>
        </w:tc>
        <w:tc>
          <w:tcPr>
            <w:tcW w:w="1360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A012B1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Punteggio</w:t>
            </w:r>
          </w:p>
        </w:tc>
        <w:tc>
          <w:tcPr>
            <w:tcW w:w="1134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9E412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Massimo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AF633B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Rif. CV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7E7600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Autovalutazione</w:t>
            </w:r>
          </w:p>
        </w:tc>
      </w:tr>
      <w:tr w:rsidR="006D6A35" w14:paraId="6BBE0FD6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2CCD32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Laurea magistrale, specialistica o vecchio ordinamento / diploma accademico di II livello coerente con il modulo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C8FCE8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 punti; 10 con lode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9B5953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BEA788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DF934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224D6610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727DAC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Ulteriore laurea coerente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C3648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 punti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CB394E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23450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7DA5C5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6F294F0A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13215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Dottorato di ricerca coerente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B00EE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 punti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F983B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5FED3F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1D4D40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1561F41B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A14B7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Master universitario di I o II livello coerente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89817A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 punti ciascuno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390CB9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A9E229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60747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415DD5BF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E63F5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Corso di perfezionamento o specializzazione universitario coerente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D9808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ciascuno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E1F36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F005DB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1D4E9E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4A5523C2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DCBC4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Certificazioni linguistiche, informatiche, digitali o professionali riconosciute e coerenti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EEDB4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ciascuna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51E183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45579A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3E6FD5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51637D80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499A1A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Corsi di formazione di almeno 20 ore coerenti con il modulo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99C02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ciascuno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2B3EB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4D2B3D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0C070" w14:textId="77777777" w:rsidR="006D6A35" w:rsidRDefault="006D6A35">
            <w:pPr>
              <w:spacing w:after="0" w:line="240" w:lineRule="auto"/>
              <w:jc w:val="center"/>
            </w:pPr>
          </w:p>
        </w:tc>
      </w:tr>
    </w:tbl>
    <w:p w14:paraId="70D27828" w14:textId="77777777" w:rsidR="006D6A35" w:rsidRDefault="00000000">
      <w:pPr>
        <w:spacing w:after="120"/>
      </w:pPr>
      <w:r>
        <w:rPr>
          <w:b/>
          <w:sz w:val="20"/>
        </w:rPr>
        <w:t>Subtotale A.1: ______ / 30</w:t>
      </w:r>
    </w:p>
    <w:p w14:paraId="55587C82" w14:textId="77777777" w:rsidR="006D6A35" w:rsidRDefault="00000000">
      <w:pPr>
        <w:spacing w:after="60"/>
      </w:pPr>
      <w:r>
        <w:rPr>
          <w:b/>
        </w:rPr>
        <w:t>A.2 - Esperienze professionali specifiche - massimo 40 punti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1360"/>
        <w:gridCol w:w="1134"/>
        <w:gridCol w:w="1077"/>
        <w:gridCol w:w="1077"/>
      </w:tblGrid>
      <w:tr w:rsidR="006D6A35" w14:paraId="1DA60D74" w14:textId="77777777">
        <w:trPr>
          <w:tblHeader/>
          <w:jc w:val="center"/>
        </w:trPr>
        <w:tc>
          <w:tcPr>
            <w:tcW w:w="464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AD694F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Indicatore</w:t>
            </w:r>
          </w:p>
        </w:tc>
        <w:tc>
          <w:tcPr>
            <w:tcW w:w="1360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ADCCA0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Punteggio</w:t>
            </w:r>
          </w:p>
        </w:tc>
        <w:tc>
          <w:tcPr>
            <w:tcW w:w="1134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8FD032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Massimo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32DF3D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Rif. CV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AEF2B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Autovalutazione</w:t>
            </w:r>
          </w:p>
        </w:tc>
      </w:tr>
      <w:tr w:rsidR="006D6A35" w14:paraId="436B4AEC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EE3E6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Incarichi di esperto o formatore in percorsi pienamente coerenti con il modulo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9B059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 punti per incarico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CEE5E0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55AE45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0B87F3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07A21988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60AD1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Incarichi di esperto o formatore in percorsi affini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79A78C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 punti per incarico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1DABD4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55DB87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39905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3C4ABB4C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BA192C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Esperienze professionali documentate direttamente attinenti ai contenuti del modulo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4919D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 punti per esperienza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30BC6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79FAB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53CD0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62DEBDBD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00343E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Docenza universitaria, ricerca, supervisione scientifica o collaborazione con enti qualificati nelle tematiche del modulo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E0FC01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 punti per esperienza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05ECC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B186EF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25BF6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35FFA1F8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21DF8B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lastRenderedPageBreak/>
              <w:t>Pubblicazioni dotate di ISBN, ISSN o altro valido riferimento editoriale coerenti con il modulo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898FD8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ciascuna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01BB9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46245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0AD7A5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26D93F5E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F57672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Esperienza in progetti PON, PN, FSE+, PNRR o altri programmi finanziati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CDB49B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per incarico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652D5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49BE2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CF329" w14:textId="77777777" w:rsidR="006D6A35" w:rsidRDefault="006D6A35">
            <w:pPr>
              <w:spacing w:after="0" w:line="240" w:lineRule="auto"/>
              <w:jc w:val="center"/>
            </w:pPr>
          </w:p>
        </w:tc>
      </w:tr>
    </w:tbl>
    <w:p w14:paraId="7760B9F5" w14:textId="77777777" w:rsidR="006D6A35" w:rsidRDefault="00000000">
      <w:pPr>
        <w:spacing w:after="120"/>
      </w:pPr>
      <w:r>
        <w:rPr>
          <w:b/>
          <w:sz w:val="20"/>
        </w:rPr>
        <w:t>Subtotale A.2: ______ / 40</w:t>
      </w:r>
    </w:p>
    <w:p w14:paraId="54CAF0C7" w14:textId="77777777" w:rsidR="006D6A35" w:rsidRDefault="00000000">
      <w:pPr>
        <w:spacing w:after="60"/>
      </w:pPr>
      <w:r>
        <w:rPr>
          <w:b/>
        </w:rPr>
        <w:t>A.3 - Incarichi e competenze organizzative - massimo 10 punti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1360"/>
        <w:gridCol w:w="1134"/>
        <w:gridCol w:w="1077"/>
        <w:gridCol w:w="1077"/>
      </w:tblGrid>
      <w:tr w:rsidR="006D6A35" w14:paraId="1B09F2D9" w14:textId="77777777">
        <w:trPr>
          <w:tblHeader/>
          <w:jc w:val="center"/>
        </w:trPr>
        <w:tc>
          <w:tcPr>
            <w:tcW w:w="464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83D70A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Indicatore</w:t>
            </w:r>
          </w:p>
        </w:tc>
        <w:tc>
          <w:tcPr>
            <w:tcW w:w="1360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DD5ED1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Punteggio</w:t>
            </w:r>
          </w:p>
        </w:tc>
        <w:tc>
          <w:tcPr>
            <w:tcW w:w="1134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B5D00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Massimo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BCA7A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Rif. CV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37F5E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Autovalutazione</w:t>
            </w:r>
          </w:p>
        </w:tc>
      </w:tr>
      <w:tr w:rsidR="006D6A35" w14:paraId="36E770B1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B61D10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Funzione strumentale, animatore digitale, componente team digitale, referente formazione, inclusione, orientamento o valutazione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5CB6C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per anno/incarico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D9DB8E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C8B0F3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9365E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0F8CF9A3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B0725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Coordinatore di dipartimento, classe, gruppo di lavoro o progetto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AE1645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per anno/incarico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992A43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713F8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C603CF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179536CA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1A919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Esperienza di progettazione, monitoraggio o valutazione di percorsi formativi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D0F77B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per esperienza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2E388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F9492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39FC6" w14:textId="77777777" w:rsidR="006D6A35" w:rsidRDefault="006D6A35">
            <w:pPr>
              <w:spacing w:after="0" w:line="240" w:lineRule="auto"/>
              <w:jc w:val="center"/>
            </w:pPr>
          </w:p>
        </w:tc>
      </w:tr>
    </w:tbl>
    <w:p w14:paraId="52639E47" w14:textId="77777777" w:rsidR="006D6A35" w:rsidRDefault="00000000">
      <w:pPr>
        <w:spacing w:after="120"/>
      </w:pPr>
      <w:r>
        <w:rPr>
          <w:b/>
          <w:sz w:val="20"/>
        </w:rPr>
        <w:t>Subtotale A.3: ______ / 10</w:t>
      </w:r>
    </w:p>
    <w:p w14:paraId="52BBDACA" w14:textId="77777777" w:rsidR="006D6A35" w:rsidRDefault="00000000">
      <w:pPr>
        <w:spacing w:after="60"/>
      </w:pPr>
      <w:r>
        <w:rPr>
          <w:b/>
        </w:rPr>
        <w:t>A.4 - Proposta progettuale - massimo 20 punti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1360"/>
        <w:gridCol w:w="1134"/>
        <w:gridCol w:w="1077"/>
        <w:gridCol w:w="1077"/>
      </w:tblGrid>
      <w:tr w:rsidR="006D6A35" w14:paraId="08BC30B7" w14:textId="77777777">
        <w:trPr>
          <w:tblHeader/>
          <w:jc w:val="center"/>
        </w:trPr>
        <w:tc>
          <w:tcPr>
            <w:tcW w:w="464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C55ECA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Indicatore</w:t>
            </w:r>
          </w:p>
        </w:tc>
        <w:tc>
          <w:tcPr>
            <w:tcW w:w="1360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211F9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Punteggio</w:t>
            </w:r>
          </w:p>
        </w:tc>
        <w:tc>
          <w:tcPr>
            <w:tcW w:w="1134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845D6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Massimo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C0E6A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Rif. CV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71D318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Autovalutazione</w:t>
            </w:r>
          </w:p>
        </w:tc>
      </w:tr>
      <w:tr w:rsidR="006D6A35" w14:paraId="264CA6F1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58CA9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Coerenza con obiettivi, contenuti, fascia di età e destinatari del modulo autorizzato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12015F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fino 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B420D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B1AA76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E5647C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165D86CE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D2060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Chiarezza dell’articolazione, delle fasi e del cronoprogramma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BFDEE3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fino 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68668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EEF263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5990E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1D4F9C13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942B6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Qualità e innovatività delle metodologie formative e inclusive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510A9A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fino 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05830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403A7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CEBD2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6F2AA2F4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235501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Concretezza delle attività laboratoriali e trasferibilità negli apprendimenti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80C181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fino 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8C7045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BCB07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89BB7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6935AD25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BA64EC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Qualità dei materiali, prodotti finali e strumenti operativi previsti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BE9C5B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fino 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813B1C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551F3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5BAA2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3DC673D4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404B8B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Adeguatezza delle modalità di monitoraggio e valutazione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9EEAEF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fino 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7D20D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2270B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10C79C" w14:textId="77777777" w:rsidR="006D6A35" w:rsidRDefault="006D6A35">
            <w:pPr>
              <w:spacing w:after="0" w:line="240" w:lineRule="auto"/>
              <w:jc w:val="center"/>
            </w:pPr>
          </w:p>
        </w:tc>
      </w:tr>
    </w:tbl>
    <w:p w14:paraId="015662C9" w14:textId="77777777" w:rsidR="006D6A35" w:rsidRDefault="00000000">
      <w:pPr>
        <w:spacing w:after="80"/>
      </w:pPr>
      <w:r>
        <w:rPr>
          <w:b/>
          <w:sz w:val="20"/>
        </w:rPr>
        <w:t>Subtotale A.4: ______ / 20</w:t>
      </w:r>
    </w:p>
    <w:p w14:paraId="6A187988" w14:textId="77777777" w:rsidR="006D6A35" w:rsidRDefault="00000000">
      <w:pPr>
        <w:spacing w:after="200"/>
      </w:pPr>
      <w:r>
        <w:rPr>
          <w:b/>
          <w:sz w:val="21"/>
        </w:rPr>
        <w:t>TOTALE ESPERTO:  A.1 ______ / 30   +   A.2 ______ / 40   +   A.3 ______ / 10   +   A.4 ______ / 20   =   ______ / 100</w:t>
      </w:r>
    </w:p>
    <w:p w14:paraId="47FB3F4F" w14:textId="77777777" w:rsidR="006D6A35" w:rsidRDefault="00000000">
      <w:pPr>
        <w:spacing w:after="40"/>
      </w:pPr>
      <w:r>
        <w:rPr>
          <w:b/>
          <w:sz w:val="28"/>
        </w:rPr>
        <w:t>SEZIONE B - GRIGLIA DI VALUTAZIONE PER TUTOR</w:t>
      </w:r>
    </w:p>
    <w:p w14:paraId="0CB88408" w14:textId="77777777" w:rsidR="006D6A35" w:rsidRDefault="00000000">
      <w:pPr>
        <w:spacing w:after="120"/>
      </w:pPr>
      <w:r>
        <w:rPr>
          <w:b/>
          <w:sz w:val="21"/>
        </w:rPr>
        <w:t>Punteggio massimo: 80 punti</w:t>
      </w:r>
    </w:p>
    <w:p w14:paraId="1DADE194" w14:textId="77777777" w:rsidR="006D6A35" w:rsidRDefault="00000000">
      <w:pPr>
        <w:spacing w:after="60"/>
      </w:pPr>
      <w:r>
        <w:rPr>
          <w:b/>
        </w:rPr>
        <w:t>B.1 - Titoli culturali e competenze digitali - massimo 25 punti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1360"/>
        <w:gridCol w:w="1134"/>
        <w:gridCol w:w="1077"/>
        <w:gridCol w:w="1077"/>
      </w:tblGrid>
      <w:tr w:rsidR="006D6A35" w14:paraId="07EF0ACC" w14:textId="77777777">
        <w:trPr>
          <w:tblHeader/>
          <w:jc w:val="center"/>
        </w:trPr>
        <w:tc>
          <w:tcPr>
            <w:tcW w:w="464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3A6DC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Indicatore</w:t>
            </w:r>
          </w:p>
        </w:tc>
        <w:tc>
          <w:tcPr>
            <w:tcW w:w="1360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151353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Punteggio</w:t>
            </w:r>
          </w:p>
        </w:tc>
        <w:tc>
          <w:tcPr>
            <w:tcW w:w="1134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9322FC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Massimo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1CA20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Rif. CV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430BF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Autovalutazione</w:t>
            </w:r>
          </w:p>
        </w:tc>
      </w:tr>
      <w:tr w:rsidR="006D6A35" w14:paraId="2618176C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7DEDE0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Diploma di scuola secondaria di secondo grado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1BAC4E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 punti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ADDE9D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42024F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5F38EF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6E1B55A1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47419C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Laurea triennale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CBA11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 punti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6AE117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49EAB3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DA979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68AE3C85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B0F70D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Laurea magistrale, specialistica o vecchio ordinamento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02876A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 xml:space="preserve">8 punti, non cumulabile con la </w:t>
            </w:r>
            <w:r>
              <w:rPr>
                <w:sz w:val="16"/>
              </w:rPr>
              <w:lastRenderedPageBreak/>
              <w:t>laurea triennale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1B13E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lastRenderedPageBreak/>
              <w:t>8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C97928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9C101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62069CFA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54AF80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Master, perfezionamento o specializzazione coerenti con formazione, organizzazione o innovazione scolastica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DDC4FF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ciascuno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DB6272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5C9A57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9B6CC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7C619834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C1201A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Certificazioni informatiche/digitali riconosciute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F953E5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ciascuna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1458DA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A162CF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588135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3E7A8E68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190DCF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Formazione sull’utilizzo di piattaforme ministeriali o sulla gestione di progetti finanziati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38F0C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ciascuna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0398D4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AABD9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F6B78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3459F4CA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609A0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Corsi di formazione di almeno 20 ore su tutoring, inclusione, gestione dei gruppi, organizzazione o innovazione didattica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9C3F8E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ciascuno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EEAF4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C8473E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61DCA2" w14:textId="77777777" w:rsidR="006D6A35" w:rsidRDefault="006D6A35">
            <w:pPr>
              <w:spacing w:after="0" w:line="240" w:lineRule="auto"/>
              <w:jc w:val="center"/>
            </w:pPr>
          </w:p>
        </w:tc>
      </w:tr>
    </w:tbl>
    <w:p w14:paraId="7A10BD39" w14:textId="77777777" w:rsidR="006D6A35" w:rsidRDefault="00000000">
      <w:pPr>
        <w:spacing w:after="120"/>
      </w:pPr>
      <w:r>
        <w:rPr>
          <w:b/>
          <w:sz w:val="20"/>
        </w:rPr>
        <w:t>Subtotale B.1: ______ / 25</w:t>
      </w:r>
    </w:p>
    <w:p w14:paraId="6F383DB9" w14:textId="77777777" w:rsidR="006D6A35" w:rsidRDefault="00000000">
      <w:pPr>
        <w:spacing w:after="60"/>
      </w:pPr>
      <w:r>
        <w:rPr>
          <w:b/>
        </w:rPr>
        <w:t>B.2 - Esperienze di tutoraggio e gestione dei percorsi - massimo 35 punti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1360"/>
        <w:gridCol w:w="1134"/>
        <w:gridCol w:w="1077"/>
        <w:gridCol w:w="1077"/>
      </w:tblGrid>
      <w:tr w:rsidR="006D6A35" w14:paraId="69961B6A" w14:textId="77777777">
        <w:trPr>
          <w:tblHeader/>
          <w:jc w:val="center"/>
        </w:trPr>
        <w:tc>
          <w:tcPr>
            <w:tcW w:w="464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A4D286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Indicatore</w:t>
            </w:r>
          </w:p>
        </w:tc>
        <w:tc>
          <w:tcPr>
            <w:tcW w:w="1360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D434F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Punteggio</w:t>
            </w:r>
          </w:p>
        </w:tc>
        <w:tc>
          <w:tcPr>
            <w:tcW w:w="1134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C055E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Massimo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6AE8E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Rif. CV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C35B66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Autovalutazione</w:t>
            </w:r>
          </w:p>
        </w:tc>
      </w:tr>
      <w:tr w:rsidR="006D6A35" w14:paraId="2FAFC946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A696A9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Incarico di tutor in progetti PON, PN, FSE+, PNRR o analoghi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EB37A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 punti per incarico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68203E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A9CAF5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DBEA14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21C498FF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C94B44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Incarico di tutor in altri percorsi formativi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91219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 punti per incarico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180ADE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5D2EC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96D58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4A3BCA3A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2E21D1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Esperienza nell’utilizzo di GPU, SIF2127 o altre piattaforme ministeriali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D404BA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 punti per esperienza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C61714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04D5C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5475E6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693FD359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C9EC75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Esperienza nella rilevazione, verifica e monitoraggio delle presenze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13918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per esperienza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781979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602EE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B6BB5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52562447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BD9F1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Esperienza nella gestione e archiviazione della documentazione progettuale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04DFE0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per esperienza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0D4861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9E66F7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E0CE46" w14:textId="77777777" w:rsidR="006D6A35" w:rsidRDefault="006D6A35">
            <w:pPr>
              <w:spacing w:after="0" w:line="240" w:lineRule="auto"/>
              <w:jc w:val="center"/>
            </w:pPr>
          </w:p>
        </w:tc>
      </w:tr>
    </w:tbl>
    <w:p w14:paraId="4DBA9142" w14:textId="77777777" w:rsidR="006D6A35" w:rsidRDefault="00000000">
      <w:pPr>
        <w:spacing w:after="120"/>
      </w:pPr>
      <w:r>
        <w:rPr>
          <w:b/>
          <w:sz w:val="20"/>
        </w:rPr>
        <w:t>Subtotale B.2: ______ / 35</w:t>
      </w:r>
    </w:p>
    <w:p w14:paraId="0963662C" w14:textId="77777777" w:rsidR="006D6A35" w:rsidRDefault="00000000">
      <w:pPr>
        <w:spacing w:after="60"/>
      </w:pPr>
      <w:r>
        <w:rPr>
          <w:b/>
        </w:rPr>
        <w:t>B.3 - Esperienze organizzative e scolastiche - massimo 20 punti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1360"/>
        <w:gridCol w:w="1134"/>
        <w:gridCol w:w="1077"/>
        <w:gridCol w:w="1077"/>
      </w:tblGrid>
      <w:tr w:rsidR="006D6A35" w14:paraId="18E0BD15" w14:textId="77777777">
        <w:trPr>
          <w:tblHeader/>
          <w:jc w:val="center"/>
        </w:trPr>
        <w:tc>
          <w:tcPr>
            <w:tcW w:w="4649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536D9E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Indicatore</w:t>
            </w:r>
          </w:p>
        </w:tc>
        <w:tc>
          <w:tcPr>
            <w:tcW w:w="1360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112C0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Punteggio</w:t>
            </w:r>
          </w:p>
        </w:tc>
        <w:tc>
          <w:tcPr>
            <w:tcW w:w="1134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592D1C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Massimo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247174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Rif. CV</w:t>
            </w:r>
          </w:p>
        </w:tc>
        <w:tc>
          <w:tcPr>
            <w:tcW w:w="1077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21204B" w14:textId="77777777" w:rsidR="006D6A3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Autovalutazione</w:t>
            </w:r>
          </w:p>
        </w:tc>
      </w:tr>
      <w:tr w:rsidR="006D6A35" w14:paraId="33861F06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28E52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Anzianità di servizio nella scuola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AA267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0,5 punti per anno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950F40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6FAA4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A511A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4C7CD009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60F515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Funzione strumentale, animatore digitale, componente team digitale o referente di progetto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7008C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 punti per incarico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CAD23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AECFC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24E26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4AE6C75B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5C701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Coordinatore di classe, dipartimento, commissione o gruppo di lavoro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0541E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per incarico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7EC53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91F582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44F67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60675DA4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ADCF5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Esperienza nell’organizzazione di corsi, eventi o attività formative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7B4FE4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per esperienza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489BD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14DC12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B7228" w14:textId="77777777" w:rsidR="006D6A35" w:rsidRDefault="006D6A35">
            <w:pPr>
              <w:spacing w:after="0" w:line="240" w:lineRule="auto"/>
              <w:jc w:val="center"/>
            </w:pPr>
          </w:p>
        </w:tc>
      </w:tr>
      <w:tr w:rsidR="006D6A35" w14:paraId="1E44A5D7" w14:textId="77777777">
        <w:trPr>
          <w:jc w:val="center"/>
        </w:trPr>
        <w:tc>
          <w:tcPr>
            <w:tcW w:w="464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80591B" w14:textId="77777777" w:rsidR="006D6A35" w:rsidRDefault="00000000">
            <w:pPr>
              <w:spacing w:after="0" w:line="240" w:lineRule="auto"/>
            </w:pPr>
            <w:r>
              <w:rPr>
                <w:sz w:val="16"/>
              </w:rPr>
              <w:t>Esperienza di supporto amministrativo o organizzativo in progetti finanziati</w:t>
            </w:r>
          </w:p>
        </w:tc>
        <w:tc>
          <w:tcPr>
            <w:tcW w:w="13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E75CAA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 punto per esperienza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DAC957" w14:textId="77777777" w:rsidR="006D6A35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AD185" w14:textId="77777777" w:rsidR="006D6A35" w:rsidRDefault="006D6A35">
            <w:pPr>
              <w:spacing w:after="0" w:line="240" w:lineRule="auto"/>
              <w:jc w:val="center"/>
            </w:pPr>
          </w:p>
        </w:tc>
        <w:tc>
          <w:tcPr>
            <w:tcW w:w="107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496AA" w14:textId="77777777" w:rsidR="006D6A35" w:rsidRDefault="006D6A35">
            <w:pPr>
              <w:spacing w:after="0" w:line="240" w:lineRule="auto"/>
              <w:jc w:val="center"/>
            </w:pPr>
          </w:p>
        </w:tc>
      </w:tr>
    </w:tbl>
    <w:p w14:paraId="4A9AF7C8" w14:textId="77777777" w:rsidR="006D6A35" w:rsidRDefault="00000000">
      <w:pPr>
        <w:spacing w:after="80"/>
      </w:pPr>
      <w:r>
        <w:rPr>
          <w:b/>
          <w:sz w:val="20"/>
        </w:rPr>
        <w:t>Subtotale B.3: ______ / 20</w:t>
      </w:r>
    </w:p>
    <w:p w14:paraId="362082DB" w14:textId="77777777" w:rsidR="006D6A35" w:rsidRDefault="00000000">
      <w:pPr>
        <w:spacing w:after="200"/>
      </w:pPr>
      <w:r>
        <w:rPr>
          <w:b/>
          <w:sz w:val="21"/>
        </w:rPr>
        <w:t>TOTALE TUTOR:  B.1 ______ / 25   +   B.2 ______ / 35   +   B.3 ______ / 20   =   ______ / 80</w:t>
      </w:r>
    </w:p>
    <w:p w14:paraId="1848E52D" w14:textId="77777777" w:rsidR="006D6A35" w:rsidRDefault="00000000">
      <w:pPr>
        <w:spacing w:after="60"/>
      </w:pPr>
      <w:r>
        <w:rPr>
          <w:b/>
        </w:rPr>
        <w:t>NOTE PER LA COMPILAZIONE</w:t>
      </w:r>
    </w:p>
    <w:p w14:paraId="3F8CAC1D" w14:textId="77777777" w:rsidR="006D6A35" w:rsidRDefault="00000000">
      <w:pPr>
        <w:spacing w:after="160"/>
      </w:pPr>
      <w:r>
        <w:rPr>
          <w:sz w:val="19"/>
        </w:rPr>
        <w:t>1. Per ciascun titolo o esperienza indicare nella colonna “Rif. CV” il numero progressivo con cui il relativo elemento è identificato nel curriculum vitae.</w:t>
      </w:r>
      <w:r>
        <w:rPr>
          <w:sz w:val="19"/>
        </w:rPr>
        <w:br/>
        <w:t>2. Per le voci soggette a massimale, il punteggio non può superare il limite indicato.</w:t>
      </w:r>
      <w:r>
        <w:rPr>
          <w:sz w:val="19"/>
        </w:rPr>
        <w:br/>
      </w:r>
      <w:r>
        <w:rPr>
          <w:sz w:val="19"/>
        </w:rPr>
        <w:lastRenderedPageBreak/>
        <w:t>3. Per la laurea triennale e la laurea magistrale del tutor si applica la non cumulabilità espressamente indicata; il diploma è valutato quale titolo di base.</w:t>
      </w:r>
      <w:r>
        <w:rPr>
          <w:sz w:val="19"/>
        </w:rPr>
        <w:br/>
        <w:t>4. La valutazione definitiva è effettuata dall’Istituzione scolastica sulla base dell’avviso e della documentazione prodotta.</w:t>
      </w:r>
    </w:p>
    <w:p w14:paraId="12B3BA4A" w14:textId="77777777" w:rsidR="006D6A35" w:rsidRDefault="00000000">
      <w:pPr>
        <w:spacing w:after="160"/>
      </w:pPr>
      <w:r>
        <w:rPr>
          <w:sz w:val="20"/>
        </w:rPr>
        <w:t>Il/la sottoscritto/a dichiara che i titoli indicati nella presente scheda sono riportati nel curriculum vitae allegato e sono posseduti alla data di scadenza dell’avviso.</w:t>
      </w:r>
    </w:p>
    <w:p w14:paraId="13FE75FD" w14:textId="77777777" w:rsidR="006D6A35" w:rsidRDefault="00000000">
      <w:pPr>
        <w:spacing w:after="0"/>
      </w:pPr>
      <w:r>
        <w:rPr>
          <w:sz w:val="21"/>
        </w:rPr>
        <w:t>Luogo e data ________________________________                         Firma ________________________________</w:t>
      </w:r>
    </w:p>
    <w:sectPr w:rsidR="006D6A35" w:rsidSect="00034616">
      <w:headerReference w:type="default" r:id="rId8"/>
      <w:footerReference w:type="default" r:id="rId9"/>
      <w:pgSz w:w="11906" w:h="16838"/>
      <w:pgMar w:top="2438" w:right="1134" w:bottom="907" w:left="1134" w:header="198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9C030" w14:textId="77777777" w:rsidR="00473E4D" w:rsidRDefault="00473E4D">
      <w:pPr>
        <w:spacing w:after="0" w:line="240" w:lineRule="auto"/>
      </w:pPr>
      <w:r>
        <w:separator/>
      </w:r>
    </w:p>
  </w:endnote>
  <w:endnote w:type="continuationSeparator" w:id="0">
    <w:p w14:paraId="6A265EFF" w14:textId="77777777" w:rsidR="00473E4D" w:rsidRDefault="00473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6F254" w14:textId="77777777" w:rsidR="006D6A35" w:rsidRDefault="00000000">
    <w:pPr>
      <w:pStyle w:val="Pidipagina"/>
      <w:jc w:val="center"/>
    </w:pPr>
    <w:proofErr w:type="spellStart"/>
    <w:r>
      <w:rPr>
        <w:sz w:val="18"/>
      </w:rPr>
      <w:t>Pagina</w:t>
    </w:r>
    <w:proofErr w:type="spellEnd"/>
    <w:r>
      <w:rPr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ED3BA4">
      <w:rPr>
        <w:noProof/>
      </w:rPr>
      <w:t>1</w:t>
    </w:r>
    <w:r>
      <w:fldChar w:fldCharType="end"/>
    </w:r>
    <w:r>
      <w:rPr>
        <w:sz w:val="18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ED3BA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C0C16" w14:textId="77777777" w:rsidR="00473E4D" w:rsidRDefault="00473E4D">
      <w:pPr>
        <w:spacing w:after="0" w:line="240" w:lineRule="auto"/>
      </w:pPr>
      <w:r>
        <w:separator/>
      </w:r>
    </w:p>
  </w:footnote>
  <w:footnote w:type="continuationSeparator" w:id="0">
    <w:p w14:paraId="66476211" w14:textId="77777777" w:rsidR="00473E4D" w:rsidRDefault="00473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68AB" w14:textId="77777777" w:rsidR="006D6A35" w:rsidRDefault="00000000">
    <w:pPr>
      <w:pStyle w:val="Intestazione"/>
      <w:spacing w:after="40"/>
      <w:jc w:val="center"/>
    </w:pPr>
    <w:r>
      <w:rPr>
        <w:noProof/>
      </w:rPr>
      <w:drawing>
        <wp:inline distT="0" distB="0" distL="0" distR="0" wp14:anchorId="3EE4240A" wp14:editId="51476381">
          <wp:extent cx="3240000" cy="30548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tri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0" cy="3054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4B6327" w14:textId="77777777" w:rsidR="006D6A35" w:rsidRDefault="00000000">
    <w:pPr>
      <w:spacing w:after="0"/>
      <w:jc w:val="center"/>
    </w:pPr>
    <w:r>
      <w:rPr>
        <w:noProof/>
      </w:rPr>
      <w:drawing>
        <wp:inline distT="0" distB="0" distL="0" distR="0" wp14:anchorId="3AC13DD4" wp14:editId="226DD26C">
          <wp:extent cx="5832000" cy="196336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832000" cy="1963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4742588">
    <w:abstractNumId w:val="8"/>
  </w:num>
  <w:num w:numId="2" w16cid:durableId="1279726261">
    <w:abstractNumId w:val="6"/>
  </w:num>
  <w:num w:numId="3" w16cid:durableId="1486622387">
    <w:abstractNumId w:val="5"/>
  </w:num>
  <w:num w:numId="4" w16cid:durableId="2127693473">
    <w:abstractNumId w:val="4"/>
  </w:num>
  <w:num w:numId="5" w16cid:durableId="1301961989">
    <w:abstractNumId w:val="7"/>
  </w:num>
  <w:num w:numId="6" w16cid:durableId="1200433047">
    <w:abstractNumId w:val="3"/>
  </w:num>
  <w:num w:numId="7" w16cid:durableId="1128468975">
    <w:abstractNumId w:val="2"/>
  </w:num>
  <w:num w:numId="8" w16cid:durableId="1472283020">
    <w:abstractNumId w:val="1"/>
  </w:num>
  <w:num w:numId="9" w16cid:durableId="1850025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3E4D"/>
    <w:rsid w:val="006D6A35"/>
    <w:rsid w:val="00AA1D8D"/>
    <w:rsid w:val="00B41F59"/>
    <w:rsid w:val="00B47730"/>
    <w:rsid w:val="00CB0664"/>
    <w:rsid w:val="00ED3B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D43484"/>
  <w14:defaultImageDpi w14:val="300"/>
  <w15:docId w15:val="{0A468FFA-0508-469A-8D4C-311E27BA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9" w:lineRule="auto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keepNext/>
      <w:spacing w:before="40" w:after="160"/>
    </w:pPr>
    <w:rPr>
      <w:rFonts w:ascii="Times New Roman" w:hAnsi="Times New Roman"/>
      <w:b/>
      <w:color w:val="333333"/>
      <w:sz w:val="36"/>
    </w:rPr>
  </w:style>
  <w:style w:type="paragraph" w:customStyle="1" w:styleId="Article">
    <w:name w:val="Article"/>
    <w:pPr>
      <w:keepNext/>
      <w:spacing w:before="200" w:after="100"/>
    </w:pPr>
    <w:rPr>
      <w:rFonts w:ascii="Times New Roman" w:hAnsi="Times New Roman"/>
      <w:b/>
      <w:color w:val="1F4E79"/>
      <w:sz w:val="28"/>
    </w:rPr>
  </w:style>
  <w:style w:type="paragraph" w:customStyle="1" w:styleId="Subhead">
    <w:name w:val="Subhead"/>
    <w:pPr>
      <w:keepNext/>
      <w:spacing w:before="140" w:after="60"/>
    </w:pPr>
    <w:rPr>
      <w:rFonts w:ascii="Times New Roman" w:hAnsi="Times New Roman"/>
      <w:b/>
      <w:color w:val="333333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Contabilità Deroberto</cp:lastModifiedBy>
  <cp:revision>2</cp:revision>
  <dcterms:created xsi:type="dcterms:W3CDTF">2026-10-19T12:06:00Z</dcterms:created>
  <dcterms:modified xsi:type="dcterms:W3CDTF">2026-10-19T12:06:00Z</dcterms:modified>
  <cp:category/>
</cp:coreProperties>
</file>